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0D723" w14:textId="77777777" w:rsidR="00A12699" w:rsidRPr="002A67F4" w:rsidRDefault="00000000" w:rsidP="002A67F4">
      <w:pPr>
        <w:jc w:val="right"/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b/>
          <w:sz w:val="24"/>
          <w:szCs w:val="24"/>
          <w:lang w:val="pl-PL"/>
        </w:rPr>
        <w:t>OBRAZAC AP-2026</w:t>
      </w:r>
    </w:p>
    <w:p w14:paraId="5E9A301B" w14:textId="77777777" w:rsidR="00A12699" w:rsidRPr="002A67F4" w:rsidRDefault="00000000">
      <w:pPr>
        <w:pStyle w:val="Naslov"/>
        <w:rPr>
          <w:rFonts w:cstheme="majorHAnsi"/>
          <w:color w:val="0070C0"/>
          <w:sz w:val="32"/>
          <w:szCs w:val="32"/>
          <w:lang w:val="pl-PL"/>
        </w:rPr>
      </w:pPr>
      <w:r w:rsidRPr="002A67F4">
        <w:rPr>
          <w:rFonts w:cstheme="majorHAnsi"/>
          <w:color w:val="0070C0"/>
          <w:sz w:val="32"/>
          <w:szCs w:val="32"/>
          <w:lang w:val="pl-PL"/>
        </w:rPr>
        <w:t>Ponuda za zakup adventske kućice</w:t>
      </w:r>
    </w:p>
    <w:p w14:paraId="5C346635" w14:textId="0610C1D9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b/>
          <w:sz w:val="24"/>
          <w:szCs w:val="24"/>
          <w:lang w:val="pl-PL"/>
        </w:rPr>
        <w:t xml:space="preserve">Advent u Makarskoj 2026. </w:t>
      </w:r>
      <w:r w:rsidR="002A67F4">
        <w:rPr>
          <w:rFonts w:asciiTheme="majorHAnsi" w:hAnsiTheme="majorHAnsi" w:cstheme="majorHAnsi"/>
          <w:b/>
          <w:sz w:val="24"/>
          <w:szCs w:val="24"/>
          <w:lang w:val="pl-PL"/>
        </w:rPr>
        <w:t>-</w:t>
      </w:r>
      <w:r w:rsidRPr="002A67F4">
        <w:rPr>
          <w:rFonts w:asciiTheme="majorHAnsi" w:hAnsiTheme="majorHAnsi" w:cstheme="majorHAnsi"/>
          <w:b/>
          <w:sz w:val="24"/>
          <w:szCs w:val="24"/>
          <w:lang w:val="pl-PL"/>
        </w:rPr>
        <w:t xml:space="preserve"> </w:t>
      </w:r>
      <w:r w:rsidRPr="002A67F4">
        <w:rPr>
          <w:rFonts w:asciiTheme="majorHAnsi" w:hAnsiTheme="majorHAnsi" w:cstheme="majorHAnsi"/>
          <w:bCs/>
          <w:sz w:val="24"/>
          <w:szCs w:val="24"/>
          <w:lang w:val="pl-PL"/>
        </w:rPr>
        <w:t>Trg fra Andrije Kačića Miošića</w:t>
      </w:r>
    </w:p>
    <w:p w14:paraId="6141D665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 xml:space="preserve">Razdoblje zakupa: </w:t>
      </w:r>
      <w:r w:rsidRPr="002A67F4">
        <w:rPr>
          <w:rFonts w:asciiTheme="majorHAnsi" w:hAnsiTheme="majorHAnsi" w:cstheme="majorHAnsi"/>
          <w:b/>
          <w:bCs/>
          <w:sz w:val="24"/>
          <w:szCs w:val="24"/>
          <w:lang w:val="pl-PL"/>
        </w:rPr>
        <w:t>od 4. prosinca 2026. do 3. siječnja 2027.</w:t>
      </w:r>
    </w:p>
    <w:p w14:paraId="35CAC40C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Za svaku kućicu podnosi se zaseban obrazac u posebnoj omotnici, uz pripadajuću jamčevinu. Ponuditelj može ostvariti pravo na zakup samo jedne kućice.</w:t>
      </w:r>
    </w:p>
    <w:p w14:paraId="3ECFD4A7" w14:textId="27FE3992" w:rsidR="00A12699" w:rsidRPr="002A67F4" w:rsidRDefault="00000000" w:rsidP="002A67F4">
      <w:pPr>
        <w:pStyle w:val="Naslov1"/>
        <w:numPr>
          <w:ilvl w:val="0"/>
          <w:numId w:val="10"/>
        </w:numPr>
        <w:rPr>
          <w:rFonts w:asciiTheme="majorHAnsi" w:hAnsiTheme="majorHAnsi" w:cstheme="majorHAnsi"/>
          <w:szCs w:val="24"/>
          <w:lang w:val="pl-PL"/>
        </w:rPr>
      </w:pPr>
      <w:r w:rsidRPr="002A67F4">
        <w:rPr>
          <w:rFonts w:asciiTheme="majorHAnsi" w:hAnsiTheme="majorHAnsi" w:cstheme="majorHAnsi"/>
          <w:szCs w:val="24"/>
          <w:lang w:val="pl-PL"/>
        </w:rPr>
        <w:t>Podaci o ponuditelju</w:t>
      </w:r>
      <w:r w:rsidR="002A67F4">
        <w:rPr>
          <w:rFonts w:asciiTheme="majorHAnsi" w:hAnsiTheme="majorHAnsi" w:cstheme="majorHAnsi"/>
          <w:szCs w:val="24"/>
          <w:lang w:val="pl-PL"/>
        </w:rPr>
        <w:t>:</w:t>
      </w:r>
    </w:p>
    <w:p w14:paraId="461DF1C5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Naziv pravne osobe ili obrta:  _____________________________________</w:t>
      </w:r>
    </w:p>
    <w:p w14:paraId="05D0EA03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Sjedište i adresa:  ________________________________________________</w:t>
      </w:r>
    </w:p>
    <w:p w14:paraId="3AAE2798" w14:textId="16DA8AF3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 xml:space="preserve">OIB: </w:t>
      </w:r>
      <w:r w:rsidR="002A67F4">
        <w:rPr>
          <w:rFonts w:asciiTheme="majorHAnsi" w:hAnsiTheme="majorHAnsi" w:cstheme="majorHAnsi"/>
          <w:sz w:val="24"/>
          <w:szCs w:val="24"/>
          <w:lang w:val="pl-PL"/>
        </w:rPr>
        <w:t xml:space="preserve"> _ _ _ _ _ _ _ _ _ _ _</w:t>
      </w:r>
    </w:p>
    <w:p w14:paraId="4631B607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Osoba ovlaštena za zastupanje:  ____________________________________</w:t>
      </w:r>
    </w:p>
    <w:p w14:paraId="7C211324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Kontakt osoba:  ____________________________________________________</w:t>
      </w:r>
    </w:p>
    <w:p w14:paraId="1BE83BCC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Telefon / mobitel:  ________________________________________________</w:t>
      </w:r>
    </w:p>
    <w:p w14:paraId="374AD45B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Adresa elektroničke pošte:  ________________________________________</w:t>
      </w:r>
    </w:p>
    <w:p w14:paraId="4CC17954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IBAN za povrat jamčevine:  _________________________________________</w:t>
      </w:r>
    </w:p>
    <w:p w14:paraId="3558764A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Naziv vlasnika računa:  ____________________________________________</w:t>
      </w:r>
    </w:p>
    <w:p w14:paraId="1DBEC881" w14:textId="6C88501A" w:rsidR="00A12699" w:rsidRPr="002A67F4" w:rsidRDefault="00000000" w:rsidP="002A67F4">
      <w:pPr>
        <w:pStyle w:val="Naslov1"/>
        <w:numPr>
          <w:ilvl w:val="0"/>
          <w:numId w:val="10"/>
        </w:numPr>
        <w:rPr>
          <w:rFonts w:asciiTheme="majorHAnsi" w:hAnsiTheme="majorHAnsi" w:cstheme="majorHAnsi"/>
          <w:szCs w:val="24"/>
          <w:lang w:val="pl-PL"/>
        </w:rPr>
      </w:pPr>
      <w:r w:rsidRPr="002A67F4">
        <w:rPr>
          <w:rFonts w:asciiTheme="majorHAnsi" w:hAnsiTheme="majorHAnsi" w:cstheme="majorHAnsi"/>
          <w:szCs w:val="24"/>
          <w:lang w:val="pl-PL"/>
        </w:rPr>
        <w:t>Kućica i ponuđena zakupnina</w:t>
      </w:r>
    </w:p>
    <w:p w14:paraId="3B1ECB9D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Broj kućice prema shemi iz Javnog poziva:  _________________________</w:t>
      </w:r>
    </w:p>
    <w:p w14:paraId="27761C34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Označiti odgovarajuću skupinu kućica:</w:t>
      </w:r>
    </w:p>
    <w:p w14:paraId="7924CC61" w14:textId="797C1C4F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 xml:space="preserve">  Ku</w:t>
      </w:r>
      <w:r w:rsidRPr="002A67F4">
        <w:rPr>
          <w:rFonts w:ascii="Calibri" w:hAnsi="Calibri" w:cs="Calibri"/>
          <w:sz w:val="24"/>
          <w:szCs w:val="24"/>
          <w:lang w:val="pl-PL"/>
        </w:rPr>
        <w:t>ć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>ice 1</w:t>
      </w:r>
      <w:r w:rsidRPr="002A67F4">
        <w:rPr>
          <w:rFonts w:ascii="Calibri" w:hAnsi="Calibri" w:cs="Calibri"/>
          <w:sz w:val="24"/>
          <w:szCs w:val="24"/>
          <w:lang w:val="pl-PL"/>
        </w:rPr>
        <w:t>–</w:t>
      </w:r>
      <w:r w:rsidR="00AE36AB">
        <w:rPr>
          <w:rFonts w:asciiTheme="majorHAnsi" w:hAnsiTheme="majorHAnsi" w:cstheme="majorHAnsi"/>
          <w:sz w:val="24"/>
          <w:szCs w:val="24"/>
          <w:lang w:val="pl-PL"/>
        </w:rPr>
        <w:t>2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>: po</w:t>
      </w:r>
      <w:r w:rsidRPr="002A67F4">
        <w:rPr>
          <w:rFonts w:ascii="Calibri" w:hAnsi="Calibri" w:cs="Calibri"/>
          <w:sz w:val="24"/>
          <w:szCs w:val="24"/>
          <w:lang w:val="pl-PL"/>
        </w:rPr>
        <w:t>č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 xml:space="preserve">etna zakupnina </w:t>
      </w:r>
      <w:r w:rsidR="00AE36AB">
        <w:rPr>
          <w:rFonts w:asciiTheme="majorHAnsi" w:hAnsiTheme="majorHAnsi" w:cstheme="majorHAnsi"/>
          <w:sz w:val="24"/>
          <w:szCs w:val="24"/>
          <w:lang w:val="pl-PL"/>
        </w:rPr>
        <w:t>3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>.</w:t>
      </w:r>
      <w:r w:rsidR="00AE36AB">
        <w:rPr>
          <w:rFonts w:asciiTheme="majorHAnsi" w:hAnsiTheme="majorHAnsi" w:cstheme="majorHAnsi"/>
          <w:sz w:val="24"/>
          <w:szCs w:val="24"/>
          <w:lang w:val="pl-PL"/>
        </w:rPr>
        <w:t>500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>,00 EUR bez PDV-a.</w:t>
      </w:r>
    </w:p>
    <w:p w14:paraId="13C1AF1C" w14:textId="602E42E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 xml:space="preserve">  Ku</w:t>
      </w:r>
      <w:r w:rsidRPr="002A67F4">
        <w:rPr>
          <w:rFonts w:ascii="Calibri" w:hAnsi="Calibri" w:cs="Calibri"/>
          <w:sz w:val="24"/>
          <w:szCs w:val="24"/>
          <w:lang w:val="pl-PL"/>
        </w:rPr>
        <w:t>ć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 xml:space="preserve">ice </w:t>
      </w:r>
      <w:r w:rsidR="00AE36AB">
        <w:rPr>
          <w:rFonts w:asciiTheme="majorHAnsi" w:hAnsiTheme="majorHAnsi" w:cstheme="majorHAnsi"/>
          <w:sz w:val="24"/>
          <w:szCs w:val="24"/>
          <w:lang w:val="pl-PL"/>
        </w:rPr>
        <w:t>3</w:t>
      </w:r>
      <w:r w:rsidRPr="002A67F4">
        <w:rPr>
          <w:rFonts w:ascii="Calibri" w:hAnsi="Calibri" w:cs="Calibri"/>
          <w:sz w:val="24"/>
          <w:szCs w:val="24"/>
          <w:lang w:val="pl-PL"/>
        </w:rPr>
        <w:t>–</w:t>
      </w:r>
      <w:r w:rsidR="00AE36AB">
        <w:rPr>
          <w:rFonts w:asciiTheme="majorHAnsi" w:hAnsiTheme="majorHAnsi" w:cstheme="majorHAnsi"/>
          <w:sz w:val="24"/>
          <w:szCs w:val="24"/>
          <w:lang w:val="pl-PL"/>
        </w:rPr>
        <w:t>6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>: po</w:t>
      </w:r>
      <w:r w:rsidRPr="002A67F4">
        <w:rPr>
          <w:rFonts w:ascii="Calibri" w:hAnsi="Calibri" w:cs="Calibri"/>
          <w:sz w:val="24"/>
          <w:szCs w:val="24"/>
          <w:lang w:val="pl-PL"/>
        </w:rPr>
        <w:t>č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>etna zakupnina 3.000,00 EUR bez PDV-a.</w:t>
      </w:r>
    </w:p>
    <w:p w14:paraId="0867810B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Ponuđena zakupnina za cijelo razdoblje bez PDV-a (EUR):  ____________</w:t>
      </w:r>
    </w:p>
    <w:p w14:paraId="05CE3B7F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Ponuđeni iznos slovima:  ___________________________________________</w:t>
      </w:r>
    </w:p>
    <w:p w14:paraId="53CD28F7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Na ponuđenu zakupninu obračunava se PDV u skladu s Javnim pozivom.</w:t>
      </w:r>
    </w:p>
    <w:p w14:paraId="00A95D8E" w14:textId="4A90701E" w:rsidR="00A12699" w:rsidRPr="002A67F4" w:rsidRDefault="00000000" w:rsidP="002A67F4">
      <w:pPr>
        <w:pStyle w:val="Naslov1"/>
        <w:numPr>
          <w:ilvl w:val="0"/>
          <w:numId w:val="10"/>
        </w:numPr>
        <w:rPr>
          <w:rFonts w:asciiTheme="majorHAnsi" w:hAnsiTheme="majorHAnsi" w:cstheme="majorHAnsi"/>
          <w:szCs w:val="24"/>
          <w:lang w:val="pl-PL"/>
        </w:rPr>
      </w:pPr>
      <w:r w:rsidRPr="002A67F4">
        <w:rPr>
          <w:rFonts w:asciiTheme="majorHAnsi" w:hAnsiTheme="majorHAnsi" w:cstheme="majorHAnsi"/>
          <w:szCs w:val="24"/>
          <w:lang w:val="pl-PL"/>
        </w:rPr>
        <w:t>Uplaćena jamčevina</w:t>
      </w:r>
    </w:p>
    <w:p w14:paraId="7C76D18C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Iznos uplaćene jamčevine (EUR):  ___________________________________</w:t>
      </w:r>
    </w:p>
    <w:p w14:paraId="7551D434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Datum uplate:  _____________________________________________________</w:t>
      </w:r>
    </w:p>
    <w:p w14:paraId="5F46CD4B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Jamčevina iznosi početnu zakupninu bez PDV-a za odabranu kućicu. Dokaz o uplati prilaže se ponudi.</w:t>
      </w:r>
    </w:p>
    <w:p w14:paraId="3A3EA092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br w:type="page"/>
      </w:r>
    </w:p>
    <w:p w14:paraId="0FA2D137" w14:textId="674710F9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OPIS UGOSTITELJSKE PONUDE</w:t>
      </w:r>
    </w:p>
    <w:p w14:paraId="79AE28A3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Opis se može nastaviti u zasebnom prilogu s nazivom ponuditelja i brojem kućice. Ako je pojedini dio opisan u prilogu, ovdje navedite njegov naziv.</w:t>
      </w:r>
    </w:p>
    <w:p w14:paraId="2959DFD7" w14:textId="1398A0A5" w:rsidR="00A12699" w:rsidRPr="002A67F4" w:rsidRDefault="00000000" w:rsidP="002A67F4">
      <w:pPr>
        <w:pStyle w:val="Naslov1"/>
        <w:numPr>
          <w:ilvl w:val="0"/>
          <w:numId w:val="10"/>
        </w:numPr>
        <w:rPr>
          <w:rFonts w:asciiTheme="majorHAnsi" w:hAnsiTheme="majorHAnsi" w:cstheme="majorHAnsi"/>
          <w:szCs w:val="24"/>
          <w:lang w:val="pl-PL"/>
        </w:rPr>
      </w:pPr>
      <w:r w:rsidRPr="002A67F4">
        <w:rPr>
          <w:rFonts w:asciiTheme="majorHAnsi" w:hAnsiTheme="majorHAnsi" w:cstheme="majorHAnsi"/>
          <w:szCs w:val="24"/>
          <w:lang w:val="pl-PL"/>
        </w:rPr>
        <w:t>Gastronomski koncept</w:t>
      </w:r>
    </w:p>
    <w:p w14:paraId="77ED00DC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Predstavite koncept, njegove posebnosti i povezanost s adventskim ugođajem.</w:t>
      </w:r>
    </w:p>
    <w:p w14:paraId="5A46FC3E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7047CE55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0DC37DBB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1FBB2350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69466643" w14:textId="5A2DF142" w:rsidR="00A12699" w:rsidRPr="002A67F4" w:rsidRDefault="00000000" w:rsidP="002A67F4">
      <w:pPr>
        <w:pStyle w:val="Naslov1"/>
        <w:numPr>
          <w:ilvl w:val="0"/>
          <w:numId w:val="10"/>
        </w:numPr>
        <w:rPr>
          <w:rFonts w:asciiTheme="majorHAnsi" w:hAnsiTheme="majorHAnsi" w:cstheme="majorHAnsi"/>
          <w:szCs w:val="24"/>
          <w:lang w:val="pl-PL"/>
        </w:rPr>
      </w:pPr>
      <w:r w:rsidRPr="002A67F4">
        <w:rPr>
          <w:rFonts w:asciiTheme="majorHAnsi" w:hAnsiTheme="majorHAnsi" w:cstheme="majorHAnsi"/>
          <w:szCs w:val="24"/>
          <w:lang w:val="pl-PL"/>
        </w:rPr>
        <w:t>Jelovnik i ponuda pića i napitaka</w:t>
      </w:r>
    </w:p>
    <w:p w14:paraId="4CCE0D01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Navedite ponuđena jela, pića i napitke ili priložite jelovnik s njihovim popisom.</w:t>
      </w:r>
    </w:p>
    <w:p w14:paraId="17D5B216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7C1DBDD8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1C090F17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2294B681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3E2A41D7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762C99D0" w14:textId="04F76F1B" w:rsidR="00A12699" w:rsidRPr="002A67F4" w:rsidRDefault="00000000" w:rsidP="002A67F4">
      <w:pPr>
        <w:pStyle w:val="Naslov1"/>
        <w:numPr>
          <w:ilvl w:val="0"/>
          <w:numId w:val="10"/>
        </w:numPr>
        <w:rPr>
          <w:rFonts w:asciiTheme="majorHAnsi" w:hAnsiTheme="majorHAnsi" w:cstheme="majorHAnsi"/>
          <w:szCs w:val="24"/>
          <w:lang w:val="pl-PL"/>
        </w:rPr>
      </w:pPr>
      <w:r w:rsidRPr="002A67F4">
        <w:rPr>
          <w:rFonts w:asciiTheme="majorHAnsi" w:hAnsiTheme="majorHAnsi" w:cstheme="majorHAnsi"/>
          <w:szCs w:val="24"/>
          <w:lang w:val="pl-PL"/>
        </w:rPr>
        <w:t>Priprema i posluživanje</w:t>
      </w:r>
    </w:p>
    <w:p w14:paraId="2815B00F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Opišite način pripreme i posluživanja te potrebnu opremu, uzimajući u obzir prostorne i tehničke uvjete kućice.</w:t>
      </w:r>
    </w:p>
    <w:p w14:paraId="630FEDB6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751F5D25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4F454236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2F09EF81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2B35F232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4F9922D5" w14:textId="1C7971AE" w:rsidR="00A12699" w:rsidRPr="002A67F4" w:rsidRDefault="00000000" w:rsidP="002A67F4">
      <w:pPr>
        <w:pStyle w:val="Naslov1"/>
        <w:numPr>
          <w:ilvl w:val="0"/>
          <w:numId w:val="10"/>
        </w:numPr>
        <w:rPr>
          <w:rFonts w:asciiTheme="majorHAnsi" w:hAnsiTheme="majorHAnsi" w:cstheme="majorHAnsi"/>
          <w:szCs w:val="24"/>
          <w:lang w:val="pl-PL"/>
        </w:rPr>
      </w:pPr>
      <w:r w:rsidRPr="002A67F4">
        <w:rPr>
          <w:rFonts w:asciiTheme="majorHAnsi" w:hAnsiTheme="majorHAnsi" w:cstheme="majorHAnsi"/>
          <w:szCs w:val="24"/>
          <w:lang w:val="pl-PL"/>
        </w:rPr>
        <w:t>Osoba ili tim odgovoran za realizaciju</w:t>
      </w:r>
    </w:p>
    <w:p w14:paraId="40DA27D6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Navedite odgovorne osobe, njihove uloge i relevantno ugostiteljsko ili kulinarsko iskustvo, uključujući iskustvo na sličnim manifestacijama ako ga imaju.</w:t>
      </w:r>
    </w:p>
    <w:p w14:paraId="0C370A26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368CF945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59439F03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123812DB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___________________________________________________________________________</w:t>
      </w:r>
    </w:p>
    <w:p w14:paraId="0C380A18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br w:type="page"/>
      </w:r>
    </w:p>
    <w:p w14:paraId="5CE7E67A" w14:textId="2C630BC2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PRILOZI I IZJAVA</w:t>
      </w:r>
    </w:p>
    <w:p w14:paraId="55C2E164" w14:textId="3A9C31AC" w:rsidR="00A12699" w:rsidRPr="002A67F4" w:rsidRDefault="00000000" w:rsidP="00340388">
      <w:pPr>
        <w:pStyle w:val="Naslov1"/>
        <w:numPr>
          <w:ilvl w:val="0"/>
          <w:numId w:val="10"/>
        </w:numPr>
        <w:rPr>
          <w:rFonts w:asciiTheme="majorHAnsi" w:hAnsiTheme="majorHAnsi" w:cstheme="majorHAnsi"/>
          <w:szCs w:val="24"/>
          <w:lang w:val="pl-PL"/>
        </w:rPr>
      </w:pPr>
      <w:r w:rsidRPr="002A67F4">
        <w:rPr>
          <w:rFonts w:asciiTheme="majorHAnsi" w:hAnsiTheme="majorHAnsi" w:cstheme="majorHAnsi"/>
          <w:szCs w:val="24"/>
          <w:lang w:val="pl-PL"/>
        </w:rPr>
        <w:t>Popis priloga</w:t>
      </w:r>
    </w:p>
    <w:p w14:paraId="304DADB1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Označite priloženu dokumentaciju:</w:t>
      </w:r>
    </w:p>
    <w:p w14:paraId="2F0D3C83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 xml:space="preserve">  Dokaz o registraciji za obavljanje ugostiteljske djelatnosti </w:t>
      </w:r>
      <w:r w:rsidRPr="002A67F4">
        <w:rPr>
          <w:rFonts w:ascii="Calibri" w:hAnsi="Calibri" w:cs="Calibri"/>
          <w:sz w:val="24"/>
          <w:szCs w:val="24"/>
          <w:lang w:val="pl-PL"/>
        </w:rPr>
        <w:t>–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 xml:space="preserve"> izvadak iz sudskog, obrtnog ili drugog odgovaraju</w:t>
      </w:r>
      <w:r w:rsidRPr="002A67F4">
        <w:rPr>
          <w:rFonts w:ascii="Calibri" w:hAnsi="Calibri" w:cs="Calibri"/>
          <w:sz w:val="24"/>
          <w:szCs w:val="24"/>
          <w:lang w:val="pl-PL"/>
        </w:rPr>
        <w:t>ć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>eg registra, u obliku propisanom Javnim pozivom.</w:t>
      </w:r>
    </w:p>
    <w:p w14:paraId="29D745EF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 xml:space="preserve">  Potvrda nadle</w:t>
      </w:r>
      <w:r w:rsidRPr="002A67F4">
        <w:rPr>
          <w:rFonts w:ascii="Calibri" w:hAnsi="Calibri" w:cs="Calibri"/>
          <w:sz w:val="24"/>
          <w:szCs w:val="24"/>
          <w:lang w:val="pl-PL"/>
        </w:rPr>
        <w:t>ž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>nog upravnog odjela Grada Makarske da ponuditelj nema nepodmirenih dospjelih dugovanja prema Gradu Makarskoj.</w:t>
      </w:r>
    </w:p>
    <w:p w14:paraId="42A29B38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 xml:space="preserve">  Potvrda Makarskog komunalca d.o.o. da ponuditelj nema nepodmirenih dospjelih dugovanja prema dru</w:t>
      </w:r>
      <w:r w:rsidRPr="002A67F4">
        <w:rPr>
          <w:rFonts w:ascii="Calibri" w:hAnsi="Calibri" w:cs="Calibri"/>
          <w:sz w:val="24"/>
          <w:szCs w:val="24"/>
          <w:lang w:val="pl-PL"/>
        </w:rPr>
        <w:t>š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>tvu.</w:t>
      </w:r>
    </w:p>
    <w:p w14:paraId="7329926D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 xml:space="preserve">  Dokaz o uplati jam</w:t>
      </w:r>
      <w:r w:rsidRPr="002A67F4">
        <w:rPr>
          <w:rFonts w:ascii="Calibri" w:hAnsi="Calibri" w:cs="Calibri"/>
          <w:sz w:val="24"/>
          <w:szCs w:val="24"/>
          <w:lang w:val="pl-PL"/>
        </w:rPr>
        <w:t>č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>evine za ku</w:t>
      </w:r>
      <w:r w:rsidRPr="002A67F4">
        <w:rPr>
          <w:rFonts w:ascii="Calibri" w:hAnsi="Calibri" w:cs="Calibri"/>
          <w:sz w:val="24"/>
          <w:szCs w:val="24"/>
          <w:lang w:val="pl-PL"/>
        </w:rPr>
        <w:t>ć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>icu za koju se podnosi ponuda.</w:t>
      </w:r>
    </w:p>
    <w:p w14:paraId="2F6A78F8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2A67F4">
        <w:rPr>
          <w:rFonts w:asciiTheme="majorHAnsi" w:hAnsiTheme="majorHAnsi" w:cstheme="majorHAnsi"/>
          <w:sz w:val="24"/>
          <w:szCs w:val="24"/>
          <w:lang w:val="pl-PL"/>
        </w:rPr>
        <w:t xml:space="preserve">  Dodatni materijali za predstavljanje ponude (neobvezno).</w:t>
      </w:r>
    </w:p>
    <w:p w14:paraId="6A67845A" w14:textId="52153658" w:rsidR="00A12699" w:rsidRPr="002A67F4" w:rsidRDefault="00000000" w:rsidP="00532A38">
      <w:pPr>
        <w:pStyle w:val="Naslov1"/>
        <w:numPr>
          <w:ilvl w:val="0"/>
          <w:numId w:val="10"/>
        </w:numPr>
        <w:rPr>
          <w:rFonts w:asciiTheme="majorHAnsi" w:hAnsiTheme="majorHAnsi" w:cstheme="majorHAnsi"/>
          <w:szCs w:val="24"/>
          <w:lang w:val="pl-PL"/>
        </w:rPr>
      </w:pPr>
      <w:r w:rsidRPr="002A67F4">
        <w:rPr>
          <w:rFonts w:asciiTheme="majorHAnsi" w:hAnsiTheme="majorHAnsi" w:cstheme="majorHAnsi"/>
          <w:szCs w:val="24"/>
          <w:lang w:val="pl-PL"/>
        </w:rPr>
        <w:t xml:space="preserve">  Izjava ponuditelja</w:t>
      </w:r>
    </w:p>
    <w:p w14:paraId="204D5314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Potpisom potvrđujem istinitost podataka navedenih u obrascu i prilozima te da sam upoznat/a s uvjetima Javnog poziva i da ih prihvaćam.</w:t>
      </w:r>
    </w:p>
    <w:p w14:paraId="5178ECB3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U slučaju odabira obvezujem se sklopiti ugovor i uplatiti ostatak zakupnine u roku propisanom Javnim pozivom te realizirati prihvaćeni gastronomski koncept. Prihvaćeni opis ugostiteljske ponude čini sastavni dio ugovora, a bitne izmjene zahtijevaju prethodnu pisanu suglasnost Organizatora.</w:t>
      </w:r>
    </w:p>
    <w:p w14:paraId="271D5EFA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Upoznat/a sam s uvjetima povrata, uračunavanja i zadržavanja jamčevine te s informacijama o obradi osobnih podataka navedenima u Javnom pozivu.</w:t>
      </w:r>
    </w:p>
    <w:p w14:paraId="2CD16F65" w14:textId="77777777" w:rsidR="00A12699" w:rsidRPr="002A67F4" w:rsidRDefault="00A12699">
      <w:pPr>
        <w:rPr>
          <w:rFonts w:asciiTheme="majorHAnsi" w:hAnsiTheme="majorHAnsi" w:cstheme="majorHAnsi"/>
          <w:sz w:val="24"/>
          <w:szCs w:val="24"/>
          <w:lang w:val="pl-PL"/>
        </w:rPr>
      </w:pPr>
    </w:p>
    <w:p w14:paraId="79AB2F9C" w14:textId="77777777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Mjesto i datum:  ___________________________________________________</w:t>
      </w:r>
    </w:p>
    <w:p w14:paraId="2EBE9D41" w14:textId="77777777" w:rsidR="00AC283F" w:rsidRDefault="00AC283F">
      <w:pPr>
        <w:rPr>
          <w:rFonts w:asciiTheme="majorHAnsi" w:hAnsiTheme="majorHAnsi" w:cstheme="majorHAnsi"/>
          <w:sz w:val="24"/>
          <w:szCs w:val="24"/>
          <w:lang w:val="pl-PL"/>
        </w:rPr>
      </w:pPr>
    </w:p>
    <w:p w14:paraId="374E5D2C" w14:textId="2C43591E" w:rsidR="00A12699" w:rsidRPr="002A67F4" w:rsidRDefault="00000000">
      <w:pPr>
        <w:rPr>
          <w:rFonts w:asciiTheme="majorHAnsi" w:hAnsiTheme="majorHAnsi" w:cstheme="majorHAnsi"/>
          <w:sz w:val="24"/>
          <w:szCs w:val="24"/>
          <w:lang w:val="pl-PL"/>
        </w:rPr>
      </w:pPr>
      <w:r w:rsidRPr="002A67F4">
        <w:rPr>
          <w:rFonts w:asciiTheme="majorHAnsi" w:hAnsiTheme="majorHAnsi" w:cstheme="majorHAnsi"/>
          <w:sz w:val="24"/>
          <w:szCs w:val="24"/>
          <w:lang w:val="pl-PL"/>
        </w:rPr>
        <w:t>Ime i prezime osobe ovlaštene za zastupanje:  ______________________</w:t>
      </w:r>
    </w:p>
    <w:p w14:paraId="5C4F7F52" w14:textId="77777777" w:rsidR="00AC283F" w:rsidRPr="00AE36AB" w:rsidRDefault="00AC283F">
      <w:pPr>
        <w:rPr>
          <w:rFonts w:asciiTheme="majorHAnsi" w:hAnsiTheme="majorHAnsi" w:cstheme="majorHAnsi"/>
          <w:sz w:val="24"/>
          <w:szCs w:val="24"/>
          <w:lang w:val="pl-PL"/>
        </w:rPr>
      </w:pPr>
    </w:p>
    <w:p w14:paraId="5459313B" w14:textId="61A399C8" w:rsidR="00A12699" w:rsidRPr="002A67F4" w:rsidRDefault="00000000">
      <w:pPr>
        <w:rPr>
          <w:rFonts w:asciiTheme="majorHAnsi" w:hAnsiTheme="majorHAnsi" w:cstheme="majorHAnsi"/>
          <w:sz w:val="24"/>
          <w:szCs w:val="24"/>
        </w:rPr>
      </w:pPr>
      <w:proofErr w:type="spellStart"/>
      <w:r w:rsidRPr="002A67F4">
        <w:rPr>
          <w:rFonts w:asciiTheme="majorHAnsi" w:hAnsiTheme="majorHAnsi" w:cstheme="majorHAnsi"/>
          <w:sz w:val="24"/>
          <w:szCs w:val="24"/>
        </w:rPr>
        <w:t>Potpis</w:t>
      </w:r>
      <w:proofErr w:type="spellEnd"/>
      <w:r w:rsidRPr="002A67F4">
        <w:rPr>
          <w:rFonts w:asciiTheme="majorHAnsi" w:hAnsiTheme="majorHAnsi" w:cstheme="majorHAnsi"/>
          <w:sz w:val="24"/>
          <w:szCs w:val="24"/>
        </w:rPr>
        <w:t>:  ___________________________________________________________</w:t>
      </w:r>
    </w:p>
    <w:sectPr w:rsidR="00A12699" w:rsidRPr="002A67F4" w:rsidSect="00034616">
      <w:footerReference w:type="default" r:id="rId8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DA373" w14:textId="77777777" w:rsidR="00965FD0" w:rsidRDefault="00965FD0">
      <w:pPr>
        <w:spacing w:after="0" w:line="240" w:lineRule="auto"/>
      </w:pPr>
      <w:r>
        <w:separator/>
      </w:r>
    </w:p>
  </w:endnote>
  <w:endnote w:type="continuationSeparator" w:id="0">
    <w:p w14:paraId="7B1F5636" w14:textId="77777777" w:rsidR="00965FD0" w:rsidRDefault="00965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DF786" w14:textId="77777777" w:rsidR="00A12699" w:rsidRDefault="00000000">
    <w:pPr>
      <w:pStyle w:val="Podnoje"/>
      <w:jc w:val="right"/>
    </w:pPr>
    <w:r>
      <w:rPr>
        <w:sz w:val="18"/>
      </w:rPr>
      <w:t>AP-</w:t>
    </w:r>
    <w:proofErr w:type="gramStart"/>
    <w:r>
      <w:rPr>
        <w:sz w:val="18"/>
      </w:rPr>
      <w:t>2026  |</w:t>
    </w:r>
    <w:proofErr w:type="gramEnd"/>
    <w:r>
      <w:rPr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 w:rsidR="002A67F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80447" w14:textId="77777777" w:rsidR="00965FD0" w:rsidRDefault="00965FD0">
      <w:pPr>
        <w:spacing w:after="0" w:line="240" w:lineRule="auto"/>
      </w:pPr>
      <w:r>
        <w:separator/>
      </w:r>
    </w:p>
  </w:footnote>
  <w:footnote w:type="continuationSeparator" w:id="0">
    <w:p w14:paraId="148452B4" w14:textId="77777777" w:rsidR="00965FD0" w:rsidRDefault="00965F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6D570E"/>
    <w:multiLevelType w:val="hybridMultilevel"/>
    <w:tmpl w:val="42261B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113124">
    <w:abstractNumId w:val="8"/>
  </w:num>
  <w:num w:numId="2" w16cid:durableId="427193907">
    <w:abstractNumId w:val="6"/>
  </w:num>
  <w:num w:numId="3" w16cid:durableId="2044939003">
    <w:abstractNumId w:val="5"/>
  </w:num>
  <w:num w:numId="4" w16cid:durableId="1127352188">
    <w:abstractNumId w:val="4"/>
  </w:num>
  <w:num w:numId="5" w16cid:durableId="658852170">
    <w:abstractNumId w:val="7"/>
  </w:num>
  <w:num w:numId="6" w16cid:durableId="1686126571">
    <w:abstractNumId w:val="3"/>
  </w:num>
  <w:num w:numId="7" w16cid:durableId="595210591">
    <w:abstractNumId w:val="2"/>
  </w:num>
  <w:num w:numId="8" w16cid:durableId="1382900236">
    <w:abstractNumId w:val="1"/>
  </w:num>
  <w:num w:numId="9" w16cid:durableId="291054505">
    <w:abstractNumId w:val="0"/>
  </w:num>
  <w:num w:numId="10" w16cid:durableId="9514030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5ACB"/>
    <w:rsid w:val="0015074B"/>
    <w:rsid w:val="0025392B"/>
    <w:rsid w:val="0029639D"/>
    <w:rsid w:val="002A67F4"/>
    <w:rsid w:val="00326F90"/>
    <w:rsid w:val="00340388"/>
    <w:rsid w:val="00532A38"/>
    <w:rsid w:val="00965FD0"/>
    <w:rsid w:val="009E1AD1"/>
    <w:rsid w:val="00A12699"/>
    <w:rsid w:val="00AA1D8D"/>
    <w:rsid w:val="00AA31B4"/>
    <w:rsid w:val="00AC283F"/>
    <w:rsid w:val="00AE36AB"/>
    <w:rsid w:val="00B47730"/>
    <w:rsid w:val="00BD028E"/>
    <w:rsid w:val="00CB0664"/>
    <w:rsid w:val="00EE24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BAE112"/>
  <w14:defaultImageDpi w14:val="300"/>
  <w15:docId w15:val="{72EEC32A-B164-40FA-9BCA-BEE1C6CE6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color w:val="00000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200"/>
      <w:outlineLvl w:val="0"/>
    </w:pPr>
    <w:rPr>
      <w:rFonts w:cstheme="majorBidi"/>
      <w:b/>
      <w:bCs/>
      <w:sz w:val="24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 Makarska</dc:creator>
  <cp:keywords/>
  <dc:description>generated by python-docx</dc:description>
  <cp:lastModifiedBy>Josko Tolj</cp:lastModifiedBy>
  <cp:revision>2</cp:revision>
  <dcterms:created xsi:type="dcterms:W3CDTF">2026-10-19T11:46:00Z</dcterms:created>
  <dcterms:modified xsi:type="dcterms:W3CDTF">2026-10-19T11:46:00Z</dcterms:modified>
  <cp:category/>
</cp:coreProperties>
</file>